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Virtual Program Client Intake</w:t>
        <w:br/>
        <w:t>&amp; Participation Agreement</w:t>
      </w:r>
    </w:p>
    <w:p>
      <w:pPr>
        <w:jc w:val="center"/>
      </w:pPr>
      <w:r>
        <w:rPr>
          <w:i/>
        </w:rPr>
        <w:t>For Virtual Exercise Programming Clients</w:t>
      </w:r>
    </w:p>
    <w:p>
      <w:r>
        <w:rPr>
          <w:b/>
        </w:rPr>
        <w:t xml:space="preserve">Purpose. </w:t>
      </w:r>
      <w:r>
        <w:t>Please complete this form as accurately as possible. Your responses will be used to help develop an exercise program appropriate for your goals, exercise history, health considerations, schedule, and available equipment.</w:t>
      </w:r>
    </w:p>
    <w:p>
      <w:pPr>
        <w:pStyle w:val="Heading1"/>
      </w:pPr>
      <w:r>
        <w:t>Contact Information</w:t>
      </w:r>
    </w:p>
    <w:p>
      <w:pPr>
        <w:spacing w:after="80"/>
      </w:pPr>
      <w:r>
        <w:rPr>
          <w:b/>
        </w:rPr>
        <w:t xml:space="preserve">First Name: </w:t>
      </w:r>
      <w:r>
        <w:t>___________________________________</w:t>
      </w:r>
    </w:p>
    <w:p>
      <w:pPr>
        <w:spacing w:after="80"/>
      </w:pPr>
      <w:r>
        <w:rPr>
          <w:b/>
        </w:rPr>
        <w:t xml:space="preserve">Last Name: </w:t>
      </w:r>
      <w:r>
        <w:t>___________________________________</w:t>
      </w:r>
    </w:p>
    <w:p>
      <w:pPr>
        <w:spacing w:after="80"/>
      </w:pPr>
      <w:r>
        <w:rPr>
          <w:b/>
        </w:rPr>
        <w:t xml:space="preserve">Email: </w:t>
      </w:r>
      <w:r>
        <w:t>_____________________________________________</w:t>
      </w:r>
    </w:p>
    <w:p>
      <w:pPr>
        <w:spacing w:after="80"/>
      </w:pPr>
      <w:r>
        <w:rPr>
          <w:b/>
        </w:rPr>
        <w:t xml:space="preserve">Phone: </w:t>
      </w:r>
      <w:r>
        <w:t>_____________________________________________</w:t>
      </w:r>
    </w:p>
    <w:p>
      <w:pPr>
        <w:spacing w:after="80"/>
      </w:pPr>
      <w:r>
        <w:rPr>
          <w:b/>
        </w:rPr>
        <w:t xml:space="preserve">Date of Birth: </w:t>
      </w:r>
      <w:r>
        <w:t>___________________________________</w:t>
      </w:r>
    </w:p>
    <w:p>
      <w:r>
        <w:t>Preferred method of contact:</w:t>
      </w:r>
    </w:p>
    <w:p>
      <w:pPr>
        <w:spacing w:after="40"/>
        <w:ind w:left="173"/>
      </w:pPr>
      <w:r>
        <w:rPr>
          <w:b/>
        </w:rPr>
        <w:t xml:space="preserve">☐ </w:t>
      </w:r>
      <w:r>
        <w:t>Email</w:t>
      </w:r>
    </w:p>
    <w:p>
      <w:pPr>
        <w:spacing w:after="40"/>
        <w:ind w:left="173"/>
      </w:pPr>
      <w:r>
        <w:rPr>
          <w:b/>
        </w:rPr>
        <w:t xml:space="preserve">☐ </w:t>
      </w:r>
      <w:r>
        <w:t>Phone/Text</w:t>
      </w:r>
    </w:p>
    <w:p>
      <w:pPr>
        <w:pStyle w:val="Heading1"/>
      </w:pPr>
      <w:r>
        <w:t>1. Your Goals</w:t>
      </w:r>
    </w:p>
    <w:p>
      <w:r>
        <w:t>What are your primary goals? Select all that apply.</w:t>
      </w:r>
    </w:p>
    <w:p>
      <w:pPr>
        <w:spacing w:after="40"/>
        <w:ind w:left="173"/>
      </w:pPr>
      <w:r>
        <w:rPr>
          <w:b/>
        </w:rPr>
        <w:t xml:space="preserve">☐ </w:t>
      </w:r>
      <w:r>
        <w:t>Build muscle / increase lean mass</w:t>
      </w:r>
    </w:p>
    <w:p>
      <w:pPr>
        <w:spacing w:after="40"/>
        <w:ind w:left="173"/>
      </w:pPr>
      <w:r>
        <w:rPr>
          <w:b/>
        </w:rPr>
        <w:t xml:space="preserve">☐ </w:t>
      </w:r>
      <w:r>
        <w:t>Improve strength</w:t>
      </w:r>
    </w:p>
    <w:p>
      <w:pPr>
        <w:spacing w:after="40"/>
        <w:ind w:left="173"/>
      </w:pPr>
      <w:r>
        <w:rPr>
          <w:b/>
        </w:rPr>
        <w:t xml:space="preserve">☐ </w:t>
      </w:r>
      <w:r>
        <w:t>Improve cardiovascular fitness</w:t>
      </w:r>
    </w:p>
    <w:p>
      <w:pPr>
        <w:spacing w:after="40"/>
        <w:ind w:left="173"/>
      </w:pPr>
      <w:r>
        <w:rPr>
          <w:b/>
        </w:rPr>
        <w:t xml:space="preserve">☐ </w:t>
      </w:r>
      <w:r>
        <w:t>Improve endurance</w:t>
      </w:r>
    </w:p>
    <w:p>
      <w:pPr>
        <w:spacing w:after="40"/>
        <w:ind w:left="173"/>
      </w:pPr>
      <w:r>
        <w:rPr>
          <w:b/>
        </w:rPr>
        <w:t xml:space="preserve">☐ </w:t>
      </w:r>
      <w:r>
        <w:t>Improve body composition</w:t>
      </w:r>
    </w:p>
    <w:p>
      <w:pPr>
        <w:spacing w:after="40"/>
        <w:ind w:left="173"/>
      </w:pPr>
      <w:r>
        <w:rPr>
          <w:b/>
        </w:rPr>
        <w:t xml:space="preserve">☐ </w:t>
      </w:r>
      <w:r>
        <w:t>Maintain muscle and physical function with age</w:t>
      </w:r>
    </w:p>
    <w:p>
      <w:pPr>
        <w:spacing w:after="40"/>
        <w:ind w:left="173"/>
      </w:pPr>
      <w:r>
        <w:rPr>
          <w:b/>
        </w:rPr>
        <w:t xml:space="preserve">☐ </w:t>
      </w:r>
      <w:r>
        <w:t>Improve mobility/flexibility</w:t>
      </w:r>
    </w:p>
    <w:p>
      <w:pPr>
        <w:spacing w:after="40"/>
        <w:ind w:left="173"/>
      </w:pPr>
      <w:r>
        <w:rPr>
          <w:b/>
        </w:rPr>
        <w:t xml:space="preserve">☐ </w:t>
      </w:r>
      <w:r>
        <w:t>Return to a consistent exercise routine</w:t>
      </w:r>
    </w:p>
    <w:p>
      <w:pPr>
        <w:spacing w:after="40"/>
        <w:ind w:left="173"/>
      </w:pPr>
      <w:r>
        <w:rPr>
          <w:b/>
        </w:rPr>
        <w:t xml:space="preserve">☐ </w:t>
      </w:r>
      <w:r>
        <w:t>Improve general health and longevity</w:t>
      </w:r>
    </w:p>
    <w:p>
      <w:pPr>
        <w:spacing w:after="40"/>
        <w:ind w:left="173"/>
      </w:pPr>
      <w:r>
        <w:rPr>
          <w:b/>
        </w:rPr>
        <w:t xml:space="preserve">☐ </w:t>
      </w:r>
      <w:r>
        <w:t>Prepare for a specific activity or event</w:t>
      </w:r>
    </w:p>
    <w:p>
      <w:pPr>
        <w:spacing w:after="40"/>
        <w:ind w:left="173"/>
      </w:pPr>
      <w:r>
        <w:rPr>
          <w:b/>
        </w:rPr>
        <w:t xml:space="preserve">☐ </w:t>
      </w:r>
      <w:r>
        <w:t>Other: ______________________________</w:t>
      </w:r>
    </w:p>
    <w:p>
      <w:r>
        <w:t>Please describe your goals in your own words. What would you most like to accomplish through this program?</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r>
        <w:t>Are there any specific activities, exercises, or physical abilities you would like to improve?</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pStyle w:val="Heading1"/>
      </w:pPr>
      <w:r>
        <w:t>2. Exercise History</w:t>
      </w:r>
    </w:p>
    <w:p>
      <w:r>
        <w:t>How would you describe your current exercise level?</w:t>
      </w:r>
    </w:p>
    <w:p>
      <w:pPr>
        <w:spacing w:after="40"/>
        <w:ind w:left="173"/>
      </w:pPr>
      <w:r>
        <w:rPr>
          <w:b/>
        </w:rPr>
        <w:t xml:space="preserve">☐ </w:t>
      </w:r>
      <w:r>
        <w:t>Not currently exercising</w:t>
      </w:r>
    </w:p>
    <w:p>
      <w:pPr>
        <w:spacing w:after="40"/>
        <w:ind w:left="173"/>
      </w:pPr>
      <w:r>
        <w:rPr>
          <w:b/>
        </w:rPr>
        <w:t xml:space="preserve">☐ </w:t>
      </w:r>
      <w:r>
        <w:t>Beginner</w:t>
      </w:r>
    </w:p>
    <w:p>
      <w:pPr>
        <w:spacing w:after="40"/>
        <w:ind w:left="173"/>
      </w:pPr>
      <w:r>
        <w:rPr>
          <w:b/>
        </w:rPr>
        <w:t xml:space="preserve">☐ </w:t>
      </w:r>
      <w:r>
        <w:t>Recreationally active</w:t>
      </w:r>
    </w:p>
    <w:p>
      <w:pPr>
        <w:spacing w:after="40"/>
        <w:ind w:left="173"/>
      </w:pPr>
      <w:r>
        <w:rPr>
          <w:b/>
        </w:rPr>
        <w:t xml:space="preserve">☐ </w:t>
      </w:r>
      <w:r>
        <w:t>Regular exerciser</w:t>
      </w:r>
    </w:p>
    <w:p>
      <w:pPr>
        <w:spacing w:after="40"/>
        <w:ind w:left="173"/>
      </w:pPr>
      <w:r>
        <w:rPr>
          <w:b/>
        </w:rPr>
        <w:t xml:space="preserve">☐ </w:t>
      </w:r>
      <w:r>
        <w:t>Highly trained/experienced</w:t>
      </w:r>
    </w:p>
    <w:p>
      <w:pPr>
        <w:spacing w:after="80"/>
      </w:pPr>
      <w:r>
        <w:rPr>
          <w:b/>
        </w:rPr>
        <w:t xml:space="preserve">How many days per week do you currently exercise? </w:t>
      </w:r>
      <w:r>
        <w:t>_________________________</w:t>
      </w:r>
    </w:p>
    <w:p>
      <w:r>
        <w:t>What does your current exercise routine look like? Include resistance training, cardiovascular exercise, recreational activities, sports, classes, or other regular physical activity.</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80"/>
      </w:pPr>
      <w:r>
        <w:rPr>
          <w:b/>
        </w:rPr>
        <w:t xml:space="preserve">How long have you been exercising consistently? </w:t>
      </w:r>
      <w:r>
        <w:t>______________________________</w:t>
      </w:r>
    </w:p>
    <w:p>
      <w:r>
        <w:t>What types of exercise have you done in the past?</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r>
        <w:t>Exercises you particularly enjoy or prefer:</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r>
        <w:t>Exercises you dislike or would prefer not to include:</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pStyle w:val="Heading1"/>
      </w:pPr>
      <w:r>
        <w:t>3. Health &amp; Exercise Considerations</w:t>
      </w:r>
    </w:p>
    <w:p>
      <w:r>
        <w:rPr>
          <w:b/>
        </w:rPr>
        <w:t xml:space="preserve">Important: </w:t>
      </w:r>
      <w:r>
        <w:t>This information helps determine whether program modifications or medical clearance may be appropriate before beginning exercise.</w:t>
      </w:r>
    </w:p>
    <w:p>
      <w:r>
        <w:t>Has a physician or other healthcare professional ever told you that you have a cardiovascular, pulmonary, metabolic, neurological, musculoskeletal, or other medical condition that may affect exercise?</w:t>
      </w:r>
    </w:p>
    <w:p>
      <w:pPr>
        <w:spacing w:after="40"/>
        <w:ind w:left="173"/>
      </w:pPr>
      <w:r>
        <w:rPr>
          <w:b/>
        </w:rPr>
        <w:t xml:space="preserve">☐ </w:t>
      </w:r>
      <w:r>
        <w:t>No</w:t>
      </w:r>
    </w:p>
    <w:p>
      <w:pPr>
        <w:spacing w:after="40"/>
        <w:ind w:left="173"/>
      </w:pPr>
      <w:r>
        <w:rPr>
          <w:b/>
        </w:rPr>
        <w:t xml:space="preserve">☐ </w:t>
      </w:r>
      <w:r>
        <w:t>Yes — please explain: ________________________________________________</w:t>
      </w:r>
    </w:p>
    <w:p>
      <w:r>
        <w:t>Do you currently experience, or have you recently experienced, any of the following?</w:t>
      </w:r>
    </w:p>
    <w:p>
      <w:pPr>
        <w:spacing w:after="40"/>
        <w:ind w:left="173"/>
      </w:pPr>
      <w:r>
        <w:rPr>
          <w:b/>
        </w:rPr>
        <w:t xml:space="preserve">☐ </w:t>
      </w:r>
      <w:r>
        <w:t>Chest pain, pressure, or discomfort with activity or at rest</w:t>
      </w:r>
    </w:p>
    <w:p>
      <w:pPr>
        <w:spacing w:after="40"/>
        <w:ind w:left="173"/>
      </w:pPr>
      <w:r>
        <w:rPr>
          <w:b/>
        </w:rPr>
        <w:t xml:space="preserve">☐ </w:t>
      </w:r>
      <w:r>
        <w:t>Unexplained shortness of breath</w:t>
      </w:r>
    </w:p>
    <w:p>
      <w:pPr>
        <w:spacing w:after="40"/>
        <w:ind w:left="173"/>
      </w:pPr>
      <w:r>
        <w:rPr>
          <w:b/>
        </w:rPr>
        <w:t xml:space="preserve">☐ </w:t>
      </w:r>
      <w:r>
        <w:t>Dizziness, fainting, or near-fainting</w:t>
      </w:r>
    </w:p>
    <w:p>
      <w:pPr>
        <w:spacing w:after="40"/>
        <w:ind w:left="173"/>
      </w:pPr>
      <w:r>
        <w:rPr>
          <w:b/>
        </w:rPr>
        <w:t xml:space="preserve">☐ </w:t>
      </w:r>
      <w:r>
        <w:t>Rapid or irregular heartbeat associated with concerning symptoms</w:t>
      </w:r>
    </w:p>
    <w:p>
      <w:pPr>
        <w:spacing w:after="40"/>
        <w:ind w:left="173"/>
      </w:pPr>
      <w:r>
        <w:rPr>
          <w:b/>
        </w:rPr>
        <w:t xml:space="preserve">☐ </w:t>
      </w:r>
      <w:r>
        <w:t>Unusual or unexplained fatigue with physical activity</w:t>
      </w:r>
    </w:p>
    <w:p>
      <w:pPr>
        <w:spacing w:after="40"/>
        <w:ind w:left="173"/>
      </w:pPr>
      <w:r>
        <w:rPr>
          <w:b/>
        </w:rPr>
        <w:t xml:space="preserve">☐ </w:t>
      </w:r>
      <w:r>
        <w:t>Significant joint, muscle, neck, or back pain</w:t>
      </w:r>
    </w:p>
    <w:p>
      <w:pPr>
        <w:spacing w:after="40"/>
        <w:ind w:left="173"/>
      </w:pPr>
      <w:r>
        <w:rPr>
          <w:b/>
        </w:rPr>
        <w:t xml:space="preserve">☐ </w:t>
      </w:r>
      <w:r>
        <w:t>Numbness, weakness, or loss of coordination</w:t>
      </w:r>
    </w:p>
    <w:p>
      <w:pPr>
        <w:spacing w:after="40"/>
        <w:ind w:left="173"/>
      </w:pPr>
      <w:r>
        <w:rPr>
          <w:b/>
        </w:rPr>
        <w:t xml:space="preserve">☐ </w:t>
      </w:r>
      <w:r>
        <w:t>Balance problems or recent falls</w:t>
      </w:r>
    </w:p>
    <w:p>
      <w:pPr>
        <w:spacing w:after="40"/>
        <w:ind w:left="173"/>
      </w:pPr>
      <w:r>
        <w:rPr>
          <w:b/>
        </w:rPr>
        <w:t xml:space="preserve">☐ </w:t>
      </w:r>
      <w:r>
        <w:t>None of the above</w:t>
      </w:r>
    </w:p>
    <w:p>
      <w:r>
        <w:t>Please describe any current or previous injuries, surgeries, pain, physical limitations, or medical conditions that may affect your ability to exercise.</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r>
        <w:t>Are you currently receiving treatment from a physician, physical therapist, chiropractor, or other healthcare professional for an issue that may affect exercise?</w:t>
      </w:r>
    </w:p>
    <w:p>
      <w:pPr>
        <w:spacing w:after="40"/>
        <w:ind w:left="173"/>
      </w:pPr>
      <w:r>
        <w:rPr>
          <w:b/>
        </w:rPr>
        <w:t xml:space="preserve">☐ </w:t>
      </w:r>
      <w:r>
        <w:t>No</w:t>
      </w:r>
    </w:p>
    <w:p>
      <w:pPr>
        <w:spacing w:after="40"/>
        <w:ind w:left="173"/>
      </w:pPr>
      <w:r>
        <w:rPr>
          <w:b/>
        </w:rPr>
        <w:t xml:space="preserve">☐ </w:t>
      </w:r>
      <w:r>
        <w:t>Yes — please explain: ________________________________________________</w:t>
      </w:r>
    </w:p>
    <w:p>
      <w:r>
        <w:t>Are you currently taking any medications that you believe may affect your heart rate, blood pressure, balance, exercise tolerance, or ability to exercise safely?</w:t>
      </w:r>
    </w:p>
    <w:p>
      <w:pPr>
        <w:spacing w:after="40"/>
        <w:ind w:left="173"/>
      </w:pPr>
      <w:r>
        <w:rPr>
          <w:b/>
        </w:rPr>
        <w:t xml:space="preserve">☐ </w:t>
      </w:r>
      <w:r>
        <w:t>No</w:t>
      </w:r>
    </w:p>
    <w:p>
      <w:pPr>
        <w:spacing w:after="40"/>
        <w:ind w:left="173"/>
      </w:pPr>
      <w:r>
        <w:rPr>
          <w:b/>
        </w:rPr>
        <w:t xml:space="preserve">☐ </w:t>
      </w:r>
      <w:r>
        <w:t>Yes — please list or describe: ________________________________________</w:t>
      </w:r>
    </w:p>
    <w:p>
      <w:r>
        <w:t>Has a healthcare professional given you any specific exercise restrictions or recommendations?</w:t>
      </w:r>
    </w:p>
    <w:p>
      <w:pPr>
        <w:spacing w:after="40"/>
        <w:ind w:left="173"/>
      </w:pPr>
      <w:r>
        <w:rPr>
          <w:b/>
        </w:rPr>
        <w:t xml:space="preserve">☐ </w:t>
      </w:r>
      <w:r>
        <w:t>No</w:t>
      </w:r>
    </w:p>
    <w:p>
      <w:pPr>
        <w:spacing w:after="40"/>
        <w:ind w:left="173"/>
      </w:pPr>
      <w:r>
        <w:rPr>
          <w:b/>
        </w:rPr>
        <w:t xml:space="preserve">☐ </w:t>
      </w:r>
      <w:r>
        <w:t>Yes — please explain: ________________________________________________</w:t>
      </w:r>
    </w:p>
    <w:p>
      <w:r>
        <w:t>Is there anything else about your health or physical condition that should be considered when designing your exercise program?</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pStyle w:val="Heading1"/>
      </w:pPr>
      <w:r>
        <w:t>4. Schedule &amp; Program Preferences</w:t>
      </w:r>
    </w:p>
    <w:p>
      <w:r>
        <w:t>How many days per week can you realistically dedicate to structured exercise?</w:t>
      </w:r>
    </w:p>
    <w:p>
      <w:pPr>
        <w:spacing w:after="40"/>
        <w:ind w:left="173"/>
      </w:pPr>
      <w:r>
        <w:rPr>
          <w:b/>
        </w:rPr>
        <w:t xml:space="preserve">☐ </w:t>
      </w:r>
      <w:r>
        <w:t>2</w:t>
      </w:r>
    </w:p>
    <w:p>
      <w:pPr>
        <w:spacing w:after="40"/>
        <w:ind w:left="173"/>
      </w:pPr>
      <w:r>
        <w:rPr>
          <w:b/>
        </w:rPr>
        <w:t xml:space="preserve">☐ </w:t>
      </w:r>
      <w:r>
        <w:t>3</w:t>
      </w:r>
    </w:p>
    <w:p>
      <w:pPr>
        <w:spacing w:after="40"/>
        <w:ind w:left="173"/>
      </w:pPr>
      <w:r>
        <w:rPr>
          <w:b/>
        </w:rPr>
        <w:t xml:space="preserve">☐ </w:t>
      </w:r>
      <w:r>
        <w:t>4</w:t>
      </w:r>
    </w:p>
    <w:p>
      <w:pPr>
        <w:spacing w:after="40"/>
        <w:ind w:left="173"/>
      </w:pPr>
      <w:r>
        <w:rPr>
          <w:b/>
        </w:rPr>
        <w:t xml:space="preserve">☐ </w:t>
      </w:r>
      <w:r>
        <w:t>5</w:t>
      </w:r>
    </w:p>
    <w:p>
      <w:pPr>
        <w:spacing w:after="40"/>
        <w:ind w:left="173"/>
      </w:pPr>
      <w:r>
        <w:rPr>
          <w:b/>
        </w:rPr>
        <w:t xml:space="preserve">☐ </w:t>
      </w:r>
      <w:r>
        <w:t>6</w:t>
      </w:r>
    </w:p>
    <w:p>
      <w:pPr>
        <w:spacing w:after="40"/>
        <w:ind w:left="173"/>
      </w:pPr>
      <w:r>
        <w:rPr>
          <w:b/>
        </w:rPr>
        <w:t xml:space="preserve">☐ </w:t>
      </w:r>
      <w:r>
        <w:t>7</w:t>
      </w:r>
    </w:p>
    <w:p>
      <w:r>
        <w:t>How much time can you typically dedicate to each workout?</w:t>
      </w:r>
    </w:p>
    <w:p>
      <w:pPr>
        <w:spacing w:after="40"/>
        <w:ind w:left="173"/>
      </w:pPr>
      <w:r>
        <w:rPr>
          <w:b/>
        </w:rPr>
        <w:t xml:space="preserve">☐ </w:t>
      </w:r>
      <w:r>
        <w:t>20–30 minutes</w:t>
      </w:r>
    </w:p>
    <w:p>
      <w:pPr>
        <w:spacing w:after="40"/>
        <w:ind w:left="173"/>
      </w:pPr>
      <w:r>
        <w:rPr>
          <w:b/>
        </w:rPr>
        <w:t xml:space="preserve">☐ </w:t>
      </w:r>
      <w:r>
        <w:t>30–45 minutes</w:t>
      </w:r>
    </w:p>
    <w:p>
      <w:pPr>
        <w:spacing w:after="40"/>
        <w:ind w:left="173"/>
      </w:pPr>
      <w:r>
        <w:rPr>
          <w:b/>
        </w:rPr>
        <w:t xml:space="preserve">☐ </w:t>
      </w:r>
      <w:r>
        <w:t>45–60 minutes</w:t>
      </w:r>
    </w:p>
    <w:p>
      <w:pPr>
        <w:spacing w:after="40"/>
        <w:ind w:left="173"/>
      </w:pPr>
      <w:r>
        <w:rPr>
          <w:b/>
        </w:rPr>
        <w:t xml:space="preserve">☐ </w:t>
      </w:r>
      <w:r>
        <w:t>60+ minutes</w:t>
      </w:r>
    </w:p>
    <w:p>
      <w:r>
        <w:t>Which days generally work best for exercise?</w:t>
      </w:r>
    </w:p>
    <w:p>
      <w:pPr>
        <w:spacing w:after="40"/>
        <w:ind w:left="173"/>
      </w:pPr>
      <w:r>
        <w:rPr>
          <w:b/>
        </w:rPr>
        <w:t xml:space="preserve">☐ </w:t>
      </w:r>
      <w:r>
        <w:t>Monday</w:t>
      </w:r>
    </w:p>
    <w:p>
      <w:pPr>
        <w:spacing w:after="40"/>
        <w:ind w:left="173"/>
      </w:pPr>
      <w:r>
        <w:rPr>
          <w:b/>
        </w:rPr>
        <w:t xml:space="preserve">☐ </w:t>
      </w:r>
      <w:r>
        <w:t>Tuesday</w:t>
      </w:r>
    </w:p>
    <w:p>
      <w:pPr>
        <w:spacing w:after="40"/>
        <w:ind w:left="173"/>
      </w:pPr>
      <w:r>
        <w:rPr>
          <w:b/>
        </w:rPr>
        <w:t xml:space="preserve">☐ </w:t>
      </w:r>
      <w:r>
        <w:t>Wednesday</w:t>
      </w:r>
    </w:p>
    <w:p>
      <w:pPr>
        <w:spacing w:after="40"/>
        <w:ind w:left="173"/>
      </w:pPr>
      <w:r>
        <w:rPr>
          <w:b/>
        </w:rPr>
        <w:t xml:space="preserve">☐ </w:t>
      </w:r>
      <w:r>
        <w:t>Thursday</w:t>
      </w:r>
    </w:p>
    <w:p>
      <w:pPr>
        <w:spacing w:after="40"/>
        <w:ind w:left="173"/>
      </w:pPr>
      <w:r>
        <w:rPr>
          <w:b/>
        </w:rPr>
        <w:t xml:space="preserve">☐ </w:t>
      </w:r>
      <w:r>
        <w:t>Friday</w:t>
      </w:r>
    </w:p>
    <w:p>
      <w:pPr>
        <w:spacing w:after="40"/>
        <w:ind w:left="173"/>
      </w:pPr>
      <w:r>
        <w:rPr>
          <w:b/>
        </w:rPr>
        <w:t xml:space="preserve">☐ </w:t>
      </w:r>
      <w:r>
        <w:t>Saturday</w:t>
      </w:r>
    </w:p>
    <w:p>
      <w:pPr>
        <w:spacing w:after="40"/>
        <w:ind w:left="173"/>
      </w:pPr>
      <w:r>
        <w:rPr>
          <w:b/>
        </w:rPr>
        <w:t xml:space="preserve">☐ </w:t>
      </w:r>
      <w:r>
        <w:t>Sunday</w:t>
      </w:r>
    </w:p>
    <w:p>
      <w:r>
        <w:t>Where will you perform most of your workouts?</w:t>
      </w:r>
    </w:p>
    <w:p>
      <w:pPr>
        <w:spacing w:after="40"/>
        <w:ind w:left="173"/>
      </w:pPr>
      <w:r>
        <w:rPr>
          <w:b/>
        </w:rPr>
        <w:t xml:space="preserve">☐ </w:t>
      </w:r>
      <w:r>
        <w:t>Home</w:t>
      </w:r>
    </w:p>
    <w:p>
      <w:pPr>
        <w:spacing w:after="40"/>
        <w:ind w:left="173"/>
      </w:pPr>
      <w:r>
        <w:rPr>
          <w:b/>
        </w:rPr>
        <w:t xml:space="preserve">☐ </w:t>
      </w:r>
      <w:r>
        <w:t>Commercial gym</w:t>
      </w:r>
    </w:p>
    <w:p>
      <w:pPr>
        <w:spacing w:after="40"/>
        <w:ind w:left="173"/>
      </w:pPr>
      <w:r>
        <w:rPr>
          <w:b/>
        </w:rPr>
        <w:t xml:space="preserve">☐ </w:t>
      </w:r>
      <w:r>
        <w:t>Apartment/condo fitness center</w:t>
      </w:r>
    </w:p>
    <w:p>
      <w:pPr>
        <w:spacing w:after="40"/>
        <w:ind w:left="173"/>
      </w:pPr>
      <w:r>
        <w:rPr>
          <w:b/>
        </w:rPr>
        <w:t xml:space="preserve">☐ </w:t>
      </w:r>
      <w:r>
        <w:t>Outdoors</w:t>
      </w:r>
    </w:p>
    <w:p>
      <w:pPr>
        <w:spacing w:after="40"/>
        <w:ind w:left="173"/>
      </w:pPr>
      <w:r>
        <w:rPr>
          <w:b/>
        </w:rPr>
        <w:t xml:space="preserve">☐ </w:t>
      </w:r>
      <w:r>
        <w:t>Combination</w:t>
      </w:r>
    </w:p>
    <w:p>
      <w:pPr>
        <w:spacing w:after="40"/>
        <w:ind w:left="173"/>
      </w:pPr>
      <w:r>
        <w:rPr>
          <w:b/>
        </w:rPr>
        <w:t xml:space="preserve">☐ </w:t>
      </w:r>
      <w:r>
        <w:t>Other: __________________</w:t>
      </w:r>
    </w:p>
    <w:p>
      <w:r>
        <w:t>Are there scheduling limitations, travel requirements, work demands, or other factors that should be considered?</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pStyle w:val="Heading1"/>
      </w:pPr>
      <w:r>
        <w:t>5. Available Equipment</w:t>
      </w:r>
    </w:p>
    <w:p>
      <w:r>
        <w:t>What exercise equipment do you have regular access to? Select all that apply.</w:t>
      </w:r>
    </w:p>
    <w:p>
      <w:pPr>
        <w:spacing w:after="40"/>
        <w:ind w:left="173"/>
      </w:pPr>
      <w:r>
        <w:rPr>
          <w:b/>
        </w:rPr>
        <w:t xml:space="preserve">☐ </w:t>
      </w:r>
      <w:r>
        <w:t>No equipment</w:t>
      </w:r>
    </w:p>
    <w:p>
      <w:pPr>
        <w:spacing w:after="40"/>
        <w:ind w:left="173"/>
      </w:pPr>
      <w:r>
        <w:rPr>
          <w:b/>
        </w:rPr>
        <w:t xml:space="preserve">☐ </w:t>
      </w:r>
      <w:r>
        <w:t>Resistance bands</w:t>
      </w:r>
    </w:p>
    <w:p>
      <w:pPr>
        <w:spacing w:after="40"/>
        <w:ind w:left="173"/>
      </w:pPr>
      <w:r>
        <w:rPr>
          <w:b/>
        </w:rPr>
        <w:t xml:space="preserve">☐ </w:t>
      </w:r>
      <w:r>
        <w:t>Dumbbells</w:t>
      </w:r>
    </w:p>
    <w:p>
      <w:pPr>
        <w:spacing w:after="40"/>
        <w:ind w:left="173"/>
      </w:pPr>
      <w:r>
        <w:rPr>
          <w:b/>
        </w:rPr>
        <w:t xml:space="preserve">☐ </w:t>
      </w:r>
      <w:r>
        <w:t>Adjustable dumbbells</w:t>
      </w:r>
    </w:p>
    <w:p>
      <w:pPr>
        <w:spacing w:after="40"/>
        <w:ind w:left="173"/>
      </w:pPr>
      <w:r>
        <w:rPr>
          <w:b/>
        </w:rPr>
        <w:t xml:space="preserve">☐ </w:t>
      </w:r>
      <w:r>
        <w:t>Kettlebells</w:t>
      </w:r>
    </w:p>
    <w:p>
      <w:pPr>
        <w:spacing w:after="40"/>
        <w:ind w:left="173"/>
      </w:pPr>
      <w:r>
        <w:rPr>
          <w:b/>
        </w:rPr>
        <w:t xml:space="preserve">☐ </w:t>
      </w:r>
      <w:r>
        <w:t>Barbell and weight plates</w:t>
      </w:r>
    </w:p>
    <w:p>
      <w:pPr>
        <w:spacing w:after="40"/>
        <w:ind w:left="173"/>
      </w:pPr>
      <w:r>
        <w:rPr>
          <w:b/>
        </w:rPr>
        <w:t xml:space="preserve">☐ </w:t>
      </w:r>
      <w:r>
        <w:t>Bench</w:t>
      </w:r>
    </w:p>
    <w:p>
      <w:pPr>
        <w:spacing w:after="40"/>
        <w:ind w:left="173"/>
      </w:pPr>
      <w:r>
        <w:rPr>
          <w:b/>
        </w:rPr>
        <w:t xml:space="preserve">☐ </w:t>
      </w:r>
      <w:r>
        <w:t>Squat rack/power rack</w:t>
      </w:r>
    </w:p>
    <w:p>
      <w:pPr>
        <w:spacing w:after="40"/>
        <w:ind w:left="173"/>
      </w:pPr>
      <w:r>
        <w:rPr>
          <w:b/>
        </w:rPr>
        <w:t xml:space="preserve">☐ </w:t>
      </w:r>
      <w:r>
        <w:t>Cable machine</w:t>
      </w:r>
    </w:p>
    <w:p>
      <w:pPr>
        <w:spacing w:after="40"/>
        <w:ind w:left="173"/>
      </w:pPr>
      <w:r>
        <w:rPr>
          <w:b/>
        </w:rPr>
        <w:t xml:space="preserve">☐ </w:t>
      </w:r>
      <w:r>
        <w:t>Selectorized resistance machines</w:t>
      </w:r>
    </w:p>
    <w:p>
      <w:pPr>
        <w:spacing w:after="40"/>
        <w:ind w:left="173"/>
      </w:pPr>
      <w:r>
        <w:rPr>
          <w:b/>
        </w:rPr>
        <w:t xml:space="preserve">☐ </w:t>
      </w:r>
      <w:r>
        <w:t>Pull-up bar</w:t>
      </w:r>
    </w:p>
    <w:p>
      <w:pPr>
        <w:spacing w:after="40"/>
        <w:ind w:left="173"/>
      </w:pPr>
      <w:r>
        <w:rPr>
          <w:b/>
        </w:rPr>
        <w:t xml:space="preserve">☐ </w:t>
      </w:r>
      <w:r>
        <w:t>Suspension trainer/TRX</w:t>
      </w:r>
    </w:p>
    <w:p>
      <w:pPr>
        <w:spacing w:after="40"/>
        <w:ind w:left="173"/>
      </w:pPr>
      <w:r>
        <w:rPr>
          <w:b/>
        </w:rPr>
        <w:t xml:space="preserve">☐ </w:t>
      </w:r>
      <w:r>
        <w:t>Treadmill</w:t>
      </w:r>
    </w:p>
    <w:p>
      <w:pPr>
        <w:spacing w:after="40"/>
        <w:ind w:left="173"/>
      </w:pPr>
      <w:r>
        <w:rPr>
          <w:b/>
        </w:rPr>
        <w:t xml:space="preserve">☐ </w:t>
      </w:r>
      <w:r>
        <w:t>Stationary bike</w:t>
      </w:r>
    </w:p>
    <w:p>
      <w:pPr>
        <w:spacing w:after="40"/>
        <w:ind w:left="173"/>
      </w:pPr>
      <w:r>
        <w:rPr>
          <w:b/>
        </w:rPr>
        <w:t xml:space="preserve">☐ </w:t>
      </w:r>
      <w:r>
        <w:t>Rowing machine</w:t>
      </w:r>
    </w:p>
    <w:p>
      <w:pPr>
        <w:spacing w:after="40"/>
        <w:ind w:left="173"/>
      </w:pPr>
      <w:r>
        <w:rPr>
          <w:b/>
        </w:rPr>
        <w:t xml:space="preserve">☐ </w:t>
      </w:r>
      <w:r>
        <w:t>Elliptical</w:t>
      </w:r>
    </w:p>
    <w:p>
      <w:pPr>
        <w:spacing w:after="40"/>
        <w:ind w:left="173"/>
      </w:pPr>
      <w:r>
        <w:rPr>
          <w:b/>
        </w:rPr>
        <w:t xml:space="preserve">☐ </w:t>
      </w:r>
      <w:r>
        <w:t>Other cardiovascular equipment</w:t>
      </w:r>
    </w:p>
    <w:p>
      <w:pPr>
        <w:spacing w:after="40"/>
        <w:ind w:left="173"/>
      </w:pPr>
      <w:r>
        <w:rPr>
          <w:b/>
        </w:rPr>
        <w:t xml:space="preserve">☐ </w:t>
      </w:r>
      <w:r>
        <w:t>Full commercial gym</w:t>
      </w:r>
    </w:p>
    <w:p>
      <w:pPr>
        <w:spacing w:after="40"/>
        <w:ind w:left="173"/>
      </w:pPr>
      <w:r>
        <w:rPr>
          <w:b/>
        </w:rPr>
        <w:t xml:space="preserve">☐ </w:t>
      </w:r>
      <w:r>
        <w:t>Other: __________________</w:t>
      </w:r>
    </w:p>
    <w:p>
      <w:r>
        <w:t>If you use dumbbells, kettlebells, barbells, or other resistance equipment, describe the weights/ranges available.</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r>
        <w:t>Please list any other equipment that may be useful when designing your program.</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pStyle w:val="Heading1"/>
      </w:pPr>
      <w:r>
        <w:t>6. Additional Information</w:t>
      </w:r>
    </w:p>
    <w:p>
      <w:r>
        <w:t>Is there anything else you would like Dr. Peters to know before your consultation?</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pPr>
        <w:spacing w:after="40"/>
      </w:pPr>
      <w:r>
        <w:t>_________________________________________________________________________________________________________</w:t>
      </w:r>
    </w:p>
    <w:p>
      <w:r>
        <w:br w:type="page"/>
      </w:r>
    </w:p>
    <w:p>
      <w:pPr>
        <w:pStyle w:val="Heading1"/>
      </w:pPr>
      <w:r>
        <w:t>Exercise Participation Agreement, Assumption of Risk &amp; Release</w:t>
      </w:r>
    </w:p>
    <w:p>
      <w:r>
        <w:rPr>
          <w:b/>
        </w:rPr>
        <w:t xml:space="preserve">Exercise Risks. </w:t>
      </w:r>
      <w:r>
        <w:t>I understand that participation in exercise and physical activity involves inherent risks. These risks may include, but are not limited to, muscle strains, sprains, joint or musculoskeletal injuries, falls, dizziness, abnormal blood pressure responses, cardiac events, and other adverse health outcomes. Serious injury or medical events may occur even when an exercise program is appropriately designed.</w:t>
      </w:r>
    </w:p>
    <w:p>
      <w:r>
        <w:rPr>
          <w:b/>
        </w:rPr>
        <w:t xml:space="preserve">Accuracy of Information. </w:t>
      </w:r>
      <w:r>
        <w:t>I understand that my virtual exercise program is developed using information that I provide. I agree to provide accurate and complete information regarding my health, medical history, symptoms, medications, injuries, limitations, exercise history, and other factors relevant to exercise participation. I agree to inform The Fitness Doctor of material changes that could affect my ability to exercise safely.</w:t>
      </w:r>
    </w:p>
    <w:p>
      <w:r>
        <w:rPr>
          <w:b/>
        </w:rPr>
        <w:t xml:space="preserve">Limitations of Virtual Programming. </w:t>
      </w:r>
      <w:r>
        <w:t>I understand that virtual exercise consultation has limitations. Dr. Peters and The Fitness Doctor are not physically present while I perform my workouts and cannot directly supervise my exercise technique, environment, equipment, physiological responses, or symptoms. I am responsible for exercising in a safe environment, using equipment appropriately, following the program instructions, and modifying or stopping exercise when necessary.</w:t>
      </w:r>
    </w:p>
    <w:p>
      <w:r>
        <w:rPr>
          <w:b/>
        </w:rPr>
        <w:t xml:space="preserve">Scope of Service. </w:t>
      </w:r>
      <w:r>
        <w:t>I understand that The Fitness Doctor and Fred Peters, PhD, provide exercise physiology, exercise programming, and educational services and do not diagnose or treat medical conditions through this service. The program is not a substitute for evaluation, diagnosis, or treatment by a physician, physical therapist, or other licensed healthcare professional.</w:t>
      </w:r>
    </w:p>
    <w:p>
      <w:r>
        <w:rPr>
          <w:b/>
        </w:rPr>
        <w:t xml:space="preserve">Medical Clearance. </w:t>
      </w:r>
      <w:r>
        <w:t>I understand that I may be advised to obtain medical clearance before beginning or continuing exercise. If medical clearance is recommended, I accept responsibility for obtaining that clearance before participating.</w:t>
      </w:r>
    </w:p>
    <w:p>
      <w:r>
        <w:rPr>
          <w:b/>
        </w:rPr>
        <w:t xml:space="preserve">Symptoms During Exercise. </w:t>
      </w:r>
      <w:r>
        <w:t>I agree to stop exercising and seek appropriate medical attention if I experience chest pain or pressure, fainting or near-fainting, sudden or severe shortness of breath, new weakness or numbness, loss of coordination, a rapid or irregular heartbeat accompanied by concerning symptoms, or any severe, worsening, or unfamiliar symptom.</w:t>
      </w:r>
    </w:p>
    <w:p>
      <w:pPr>
        <w:pStyle w:val="Heading2"/>
      </w:pPr>
      <w:r>
        <w:t>Voluntary Assumption of Risk</w:t>
      </w:r>
    </w:p>
    <w:p>
      <w:r>
        <w:t>I voluntarily choose to participate in this exercise program. I understand and knowingly accept the inherent and reasonably foreseeable risks associated with exercise and with independently performing an exercise program provided through a virtual service.</w:t>
      </w:r>
    </w:p>
    <w:p>
      <w:pPr>
        <w:pStyle w:val="Heading2"/>
      </w:pPr>
      <w:r>
        <w:t>Release of Liability</w:t>
      </w:r>
    </w:p>
    <w:p>
      <w:r>
        <w:t>To the fullest extent permitted by applicable law, I release and hold harmless The Fitness Doctor, Fred Peters, PhD, and their employees, contractors, representatives, and agents from claims or liability arising from the ordinary and inherent risks associated with my voluntary participation in the exercise program, including my independent performance of exercises outside the direct supervision of The Fitness Doctor.</w:t>
      </w:r>
    </w:p>
    <w:p>
      <w:r>
        <w:t>This release is not intended to waive any right or claim that cannot legally be waived under applicable law.</w:t>
      </w:r>
    </w:p>
    <w:p>
      <w:pPr>
        <w:pStyle w:val="Heading2"/>
      </w:pPr>
      <w:r>
        <w:t>Acknowledgment</w:t>
      </w:r>
    </w:p>
    <w:p>
      <w:r>
        <w:t>By checking each box and signing below, I acknowledge that:</w:t>
      </w:r>
    </w:p>
    <w:p>
      <w:pPr>
        <w:spacing w:after="40"/>
        <w:ind w:left="173"/>
      </w:pPr>
      <w:r>
        <w:rPr>
          <w:b/>
        </w:rPr>
        <w:t xml:space="preserve">☐ </w:t>
      </w:r>
      <w:r>
        <w:t>I have read and understand this Client Intake &amp; Participation Agreement.</w:t>
      </w:r>
    </w:p>
    <w:p>
      <w:pPr>
        <w:spacing w:after="40"/>
        <w:ind w:left="173"/>
      </w:pPr>
      <w:r>
        <w:rPr>
          <w:b/>
        </w:rPr>
        <w:t xml:space="preserve">☐ </w:t>
      </w:r>
      <w:r>
        <w:t>The information I have provided is accurate and complete to the best of my knowledge.</w:t>
      </w:r>
    </w:p>
    <w:p>
      <w:pPr>
        <w:spacing w:after="40"/>
        <w:ind w:left="173"/>
      </w:pPr>
      <w:r>
        <w:rPr>
          <w:b/>
        </w:rPr>
        <w:t xml:space="preserve">☐ </w:t>
      </w:r>
      <w:r>
        <w:t>I understand the inherent risks associated with exercise and voluntarily assume those risks.</w:t>
      </w:r>
    </w:p>
    <w:p>
      <w:pPr>
        <w:spacing w:after="40"/>
        <w:ind w:left="173"/>
      </w:pPr>
      <w:r>
        <w:rPr>
          <w:b/>
        </w:rPr>
        <w:t xml:space="preserve">☐ </w:t>
      </w:r>
      <w:r>
        <w:t>I understand the limitations of virtual exercise consultation and that I am responsible for monitoring my condition and exercising in a safe environment.</w:t>
      </w:r>
    </w:p>
    <w:p>
      <w:pPr>
        <w:spacing w:after="40"/>
        <w:ind w:left="173"/>
      </w:pPr>
      <w:r>
        <w:rPr>
          <w:b/>
        </w:rPr>
        <w:t xml:space="preserve">☐ </w:t>
      </w:r>
      <w:r>
        <w:t>I understand that this service does not replace medical care and that I should obtain medical evaluation or clearance when appropriate.</w:t>
      </w:r>
    </w:p>
    <w:p>
      <w:pPr>
        <w:spacing w:after="40"/>
        <w:ind w:left="173"/>
      </w:pPr>
      <w:r>
        <w:rPr>
          <w:b/>
        </w:rPr>
        <w:t xml:space="preserve">☐ </w:t>
      </w:r>
      <w:r>
        <w:t>I agree to the Release of Liability stated above.</w:t>
      </w:r>
    </w:p>
    <w:p>
      <w:pPr>
        <w:spacing w:after="80"/>
      </w:pPr>
      <w:r>
        <w:rPr>
          <w:b/>
        </w:rPr>
        <w:t xml:space="preserve">Full Legal Name: </w:t>
      </w:r>
      <w:r>
        <w:t>_______________________________________________________</w:t>
      </w:r>
    </w:p>
    <w:p>
      <w:pPr>
        <w:spacing w:after="80"/>
      </w:pPr>
      <w:r>
        <w:rPr>
          <w:b/>
        </w:rPr>
        <w:t xml:space="preserve">Electronic Signature: </w:t>
      </w:r>
      <w:r>
        <w:t>________________________________________________</w:t>
      </w:r>
    </w:p>
    <w:p>
      <w:pPr>
        <w:spacing w:after="80"/>
      </w:pPr>
      <w:r>
        <w:rPr>
          <w:b/>
        </w:rPr>
        <w:t xml:space="preserve">Date: </w:t>
      </w:r>
      <w:r>
        <w:t>____________________________________________________________________</w:t>
      </w:r>
    </w:p>
    <w:p>
      <w:r>
        <w:rPr>
          <w:b/>
        </w:rPr>
        <w:t xml:space="preserve">Electronic signature consent. </w:t>
      </w:r>
      <w:r>
        <w:t>By electronically signing and submitting this form, I intend my electronic signature to have the same force and effect as my handwritten signature.</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Fitness Doctor | Virtual Program Client Intake &amp; Participation Agreement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8"/>
      </w:rPr>
      <w:t>THE FITNESS DOCTOR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